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  <w:bidi/>
      </w:pPr>
      <w:r>
        <w:rPr>
          <w:rFonts w:ascii="Arial" w:hAnsi="Arial"/>
          <w:b/>
          <w:color w:val="1B365D"/>
          <w:sz w:val="36"/>
        </w:rPr>
        <w:t>הסכם שכירות למגורים</w:t>
      </w:r>
    </w:p>
    <w:p>
      <w:pPr>
        <w:spacing w:after="120" w:line="276" w:lineRule="auto"/>
        <w:jc w:val="right"/>
        <w:bidi/>
      </w:pPr>
      <w:r>
        <w:rPr>
          <w:rFonts w:ascii="Arial" w:hAnsi="Arial"/>
          <w:color w:val="222222"/>
          <w:sz w:val="22"/>
        </w:rPr>
        <w:t>שנחתם ונערך ב_________________ ביום _____ בחודש ____________ שנה ________</w:t>
      </w:r>
    </w:p>
    <w:p>
      <w:pPr>
        <w:spacing w:after="120" w:line="276" w:lineRule="auto"/>
        <w:jc w:val="right"/>
        <w:bidi/>
      </w:pPr>
      <w:r>
        <w:rPr>
          <w:rFonts w:ascii="Arial" w:hAnsi="Arial"/>
          <w:b/>
        </w:rPr>
        <w:t xml:space="preserve">בין: </w:t>
      </w:r>
      <w:r>
        <w:t>_____________________, ת.ז. _____________________ (להלן: "המשכיר")</w:t>
        <w:br/>
      </w:r>
      <w:r>
        <w:rPr>
          <w:rFonts w:ascii="Arial" w:hAnsi="Arial"/>
          <w:b/>
        </w:rPr>
        <w:t xml:space="preserve">לבין: </w:t>
      </w:r>
      <w:r>
        <w:t>_____________________, ת.ז. _____________________ (להלן: "השוכר")</w:t>
      </w:r>
    </w:p>
    <w:p>
      <w:pPr>
        <w:spacing w:after="120" w:line="276" w:lineRule="auto"/>
        <w:jc w:val="right"/>
        <w:bidi/>
      </w:pPr>
      <w:r>
        <w:rPr>
          <w:rFonts w:ascii="Arial" w:hAnsi="Arial"/>
          <w:color w:val="222222"/>
          <w:sz w:val="22"/>
        </w:rPr>
        <w:t>הואיל: והמשכיר הינו בעל הזכויות בדירה בת _____ חדרים הנמצאת ברחוב _____________________ עיר _____________________ (להלן: "המושכר");</w:t>
      </w:r>
    </w:p>
    <w:p>
      <w:pPr>
        <w:spacing w:after="120" w:line="276" w:lineRule="auto"/>
        <w:jc w:val="right"/>
        <w:bidi/>
      </w:pPr>
      <w:r>
        <w:rPr>
          <w:rFonts w:ascii="Arial" w:hAnsi="Arial"/>
          <w:color w:val="222222"/>
          <w:sz w:val="22"/>
        </w:rPr>
        <w:t>והואיל: והמשכיר מעוניין להשכיר את המושכר לשוכר, והשוכר מעוניין לשכור את המושכר מהמשכיר, הכל בהתאם לתנאי הסכם זה ולמטרת מגורים בלבד;</w:t>
      </w:r>
    </w:p>
    <w:p>
      <w:pPr>
        <w:spacing w:before="240" w:after="120"/>
        <w:jc w:val="right"/>
        <w:bidi/>
      </w:pPr>
      <w:r>
        <w:rPr>
          <w:rFonts w:ascii="Arial" w:hAnsi="Arial"/>
          <w:b/>
          <w:color w:val="1B365D"/>
          <w:sz w:val="26"/>
        </w:rPr>
        <w:t>לפיכך הותנה והוסכם בין הצדדים כדלקמן: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1. מטרת השכירות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המושכר מושכר לשוכר למטרת מגורים בלבד. השוכר מתחייב שלא לעשות במושכר כל שימוש אחר ללא קבלת הסכמת המשכיר מראש ובכתב.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2. תקופת השכירות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תקופת השכירות תהיה ל-12 חודשים, החל מיום ______________ ועד ליום ______________ (להלן: "תקופת השכירות").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3. דמי השכירות ותשלומם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דמי השכירות החודשיים יעמדו על סך של ____________ ₪ (________________________ שקלים חדשים).</w:t>
        <w:br/>
        <w:t>דמי השכירות ישולמו מדי חודש בחודשו, ביום ה-_____ לכל חודש, באמצעות [העברה בנקאית / המחאות מראש].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4. תשלומים נלווים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בנוסף לדמי השכירות, השוכר ישא במועדם בכל התשלומים השוטפים הנוגעים להחזקת המושכר: ארנונה, מים, חשמל, גז ודמי ועד בית.</w:t>
        <w:br/>
        <w:t>המשכיר ישא בתשלומי ביטוח המבנה ובתשלומים ייחודיים/יוצאי דופן של ועד הבית המיועדים להשבחת הנכס.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5. החזקת המושכר ותיקונים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א. המשכיר מתחייב לתקן על חשבונו כל ליקוי או קלקול במושכר הנובע מבלאי סביר תוך זמן סביר ממועד קבלת הודעת השוכר (וברגיל תוך 3 ימים, או 24 שעות במקרה של ליקוי דחוף).</w:t>
        <w:br/>
        <w:t>ב. השוכר מתחייב לשמור על השלמות והתקינות של המושכר, ולתקן על חשבונו כל נזק שייגרם למושכר עקב שימוש בלתי סביר או רשלנות מצידו.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6. בטוחות וערבויות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ללכידת מילוי התחייבויותיו לפי הסכם זה, יפקיד השוכר בידי המשכיר במעמד חתימת הסכם זה:</w:t>
        <w:br/>
        <w:t>[ ] שטר חוב על סך ____________ ₪ חתום על ידי שני ערבים.</w:t>
        <w:br/>
        <w:t>[ ] ערבות בנקאית / פיקדון במזומן בסך ____________ ₪ (ולא יותר מהתקרה הקבועה בחוק).</w:t>
        <w:br/>
        <w:t>הבטוחות יוחזרו לשוכר בתום תקופת השכירות, לאחר פינוי המושכר ופירעון כל התשלומים החלים על השוכר.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7. פינוי המושכר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בתום תקופת השכירות מתחייב השוכר לפנות את המושכר ולהחזיר את החזקה בו למשכיר כשהוא פנוי מכל אדם וחפץ ושמור במצב תקין כפי שקיבלו, בכפוף לבלאי סביר.</w:t>
      </w:r>
    </w:p>
    <w:p>
      <w:pPr>
        <w:spacing w:before="200" w:after="80"/>
        <w:jc w:val="right"/>
        <w:bidi/>
      </w:pPr>
      <w:r>
        <w:rPr>
          <w:rFonts w:ascii="Arial" w:hAnsi="Arial"/>
          <w:b/>
          <w:color w:val="1B365D"/>
          <w:sz w:val="26"/>
        </w:rPr>
        <w:t>8. שונות</w:t>
      </w:r>
    </w:p>
    <w:p>
      <w:pPr>
        <w:spacing w:after="160" w:line="276" w:lineRule="auto"/>
        <w:jc w:val="right"/>
        <w:bidi/>
      </w:pPr>
      <w:r>
        <w:rPr>
          <w:rFonts w:ascii="Arial" w:hAnsi="Arial"/>
          <w:color w:val="222222"/>
          <w:sz w:val="22"/>
        </w:rPr>
        <w:t>א. כל שינוי בהסכם זה יעשה בכתב ובחתימת שני הצדדים בלבד.</w:t>
        <w:br/>
        <w:t>ב. כתובות הצדדים לצורך הסכם זה הן כמשפורט במבוא להסכם.</w:t>
      </w:r>
    </w:p>
    <w:p>
      <w:pPr>
        <w:spacing w:before="360" w:after="240"/>
        <w:jc w:val="right"/>
        <w:bidi/>
      </w:pPr>
      <w:r>
        <w:rPr>
          <w:rFonts w:ascii="Arial" w:hAnsi="Arial"/>
          <w:b/>
          <w:color w:val="1B365D"/>
          <w:sz w:val="26"/>
        </w:rPr>
        <w:t>ולראיה באו הצדדים על החתום: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jc w:val="right"/>
            </w:pPr>
            <w:r>
              <w:t>_________________________</w:t>
              <w:br/>
              <w:t>חתימת המשכיר</w:t>
            </w:r>
          </w:p>
        </w:tc>
        <w:tc>
          <w:tcPr>
            <w:tcW w:type="dxa" w:w="496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jc w:val="right"/>
            </w:pPr>
            <w:r>
              <w:t>_________________________</w:t>
              <w:br/>
              <w:t>חתימת השוכר</w:t>
            </w:r>
          </w:p>
        </w:tc>
      </w:tr>
      <w:tr>
        <w:tc>
          <w:tcPr>
            <w:tcW w:type="dxa" w:w="496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jc w:val="right"/>
            </w:pPr>
            <w:r>
              <w:t>תאריך: _______________</w:t>
            </w:r>
          </w:p>
        </w:tc>
        <w:tc>
          <w:tcPr>
            <w:tcW w:type="dxa" w:w="496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jc w:val="right"/>
            </w:pPr>
            <w:r>
              <w:t>תאריך: _______________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